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2286000" cy="2940784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AD119D-52F8-4984-B52F-727CB6C99003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94078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/>
      </w:r>
    </w:p>
    <w:p>
      <w:r>
        <w:rPr>
          <w:b/>
        </w:rPr>
        <w:t>Prihláška – Krúžky Sunshine</w:t>
      </w:r>
    </w:p>
    <w:p>
      <w:r>
        <w:br/>
      </w:r>
    </w:p>
    <w:p>
      <w:r>
        <w:t>Meno a priezvisko dieťaťa: ........................................................</w:t>
      </w:r>
    </w:p>
    <w:p>
      <w:r>
        <w:br/>
      </w:r>
    </w:p>
    <w:p>
      <w:r>
        <w:t>Dátum narodenia: ........................................................</w:t>
      </w:r>
    </w:p>
    <w:p>
      <w:r>
        <w:br/>
      </w:r>
    </w:p>
    <w:p>
      <w:r>
        <w:t>Adresa trvalého bydliska: ........................................................</w:t>
      </w:r>
    </w:p>
    <w:p>
      <w:r>
        <w:br/>
      </w:r>
    </w:p>
    <w:p>
      <w:r>
        <w:t>Meno a priezvisko zákonného zástupcu: ........................................................</w:t>
      </w:r>
    </w:p>
    <w:p>
      <w:r>
        <w:br/>
      </w:r>
    </w:p>
    <w:p>
      <w:r>
        <w:t>Telefón/E-mail: ........................................................</w:t>
      </w:r>
    </w:p>
    <w:p>
      <w:r>
        <w:br/>
      </w:r>
    </w:p>
    <w:p>
      <w:r>
        <w:t>Vybraný krúžok: ........................................................</w:t>
      </w:r>
    </w:p>
    <w:p>
      <w:r>
        <w:br/>
      </w:r>
    </w:p>
    <w:p>
      <w:r>
        <w:t>Veková skupina: Mini Sunshine (3 – 5 r.) / Sunshine Kids (6 – 10 r.)</w:t>
      </w:r>
    </w:p>
    <w:p>
      <w:r>
        <w:br/>
      </w:r>
    </w:p>
    <w:p>
      <w:r>
        <w:t>Objednávka platná na celý školský rok 2025/26</w:t>
      </w:r>
    </w:p>
    <w:p>
      <w:r>
        <w:br/>
      </w:r>
    </w:p>
    <w:p>
      <w:r>
        <w:t>Dátum: .........................   Podpis zákonného zástupcu: ..........................</w:t>
      </w:r>
    </w:p>
    <w:p>
      <w:r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