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2286000" cy="2940784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16AD119D-52F8-4984-B52F-727CB6C99003.jpe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2940784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r>
        <w:br/>
      </w:r>
    </w:p>
    <w:p>
      <w:r>
        <w:rPr>
          <w:b/>
        </w:rPr>
        <w:t>Prihláška – Dobré ráno Sunshine (predŠKÔLKA)</w:t>
      </w:r>
    </w:p>
    <w:p>
      <w:r>
        <w:br/>
      </w:r>
    </w:p>
    <w:p>
      <w:r>
        <w:t>Meno a priezvisko dieťaťa: ........................................................</w:t>
      </w:r>
    </w:p>
    <w:p>
      <w:r>
        <w:br/>
      </w:r>
    </w:p>
    <w:p>
      <w:r>
        <w:t>Dátum narodenia: ........................................................</w:t>
      </w:r>
    </w:p>
    <w:p>
      <w:r>
        <w:br/>
      </w:r>
    </w:p>
    <w:p>
      <w:r>
        <w:t>Adresa trvalého bydliska: ........................................................</w:t>
      </w:r>
    </w:p>
    <w:p>
      <w:r>
        <w:br/>
      </w:r>
    </w:p>
    <w:p>
      <w:r>
        <w:t>Meno a priezvisko zákonného zástupcu: ........................................................</w:t>
      </w:r>
    </w:p>
    <w:p>
      <w:r>
        <w:br/>
      </w:r>
    </w:p>
    <w:p>
      <w:r>
        <w:t>Telefón/E-mail: ........................................................</w:t>
      </w:r>
    </w:p>
    <w:p>
      <w:r>
        <w:br/>
      </w:r>
    </w:p>
    <w:p>
      <w:r>
        <w:t>Výber programu: Dobré ráno Sunshine – mladšie deti (1,5 – 3 r.) / staršie deti (3 – 5 r.)</w:t>
      </w:r>
    </w:p>
    <w:p>
      <w:r>
        <w:br/>
      </w:r>
    </w:p>
    <w:p>
      <w:r>
        <w:t>Dátum: .........................   Podpis zákonného zástupcu: ..........................</w:t>
      </w:r>
    </w:p>
    <w:p>
      <w:r>
        <w:br/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