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Dotazník o dieťati – Sunshine</w:t>
      </w:r>
    </w:p>
    <w:p>
      <w:r>
        <w:br/>
      </w:r>
    </w:p>
    <w:p>
      <w:r>
        <w:t>1. Základné údaje o dieťati:</w:t>
      </w:r>
    </w:p>
    <w:p>
      <w:r>
        <w:br/>
      </w:r>
    </w:p>
    <w:p>
      <w:r>
        <w:t xml:space="preserve">   - Meno a priezvisko: ........................................................</w:t>
      </w:r>
    </w:p>
    <w:p>
      <w:r>
        <w:br/>
      </w:r>
    </w:p>
    <w:p>
      <w:r>
        <w:t xml:space="preserve">   - Dátum narodenia: ........................................................</w:t>
      </w:r>
    </w:p>
    <w:p>
      <w:r>
        <w:br/>
      </w:r>
    </w:p>
    <w:p>
      <w:r>
        <w:t xml:space="preserve">   - Býva s kým (napr. rodičia, súrodenci, starí rodičia): ........................................................</w:t>
      </w:r>
    </w:p>
    <w:p>
      <w:r>
        <w:br/>
      </w:r>
    </w:p>
    <w:p/>
    <w:p>
      <w:r>
        <w:br/>
      </w:r>
    </w:p>
    <w:p>
      <w:r>
        <w:t>2. Zdravotný stav a stravovanie:</w:t>
      </w:r>
    </w:p>
    <w:p>
      <w:r>
        <w:br/>
      </w:r>
    </w:p>
    <w:p>
      <w:r>
        <w:t xml:space="preserve">   - Má Vaše dieťa potravinové alergie alebo intolerancie? Ak áno, aké: ........................................................</w:t>
      </w:r>
    </w:p>
    <w:p>
      <w:r>
        <w:br/>
      </w:r>
    </w:p>
    <w:p>
      <w:r>
        <w:t xml:space="preserve">   - Má alergie na lieky, rastliny, zvieratá? ........................................................</w:t>
      </w:r>
    </w:p>
    <w:p>
      <w:r>
        <w:br/>
      </w:r>
    </w:p>
    <w:p>
      <w:r>
        <w:t xml:space="preserve">   - Chronické ochorenia: ........................................................</w:t>
      </w:r>
    </w:p>
    <w:p>
      <w:r>
        <w:br/>
      </w:r>
    </w:p>
    <w:p>
      <w:r>
        <w:t xml:space="preserve">   - Užíva pravidelne nejaké lieky? ........................................................</w:t>
      </w:r>
    </w:p>
    <w:p>
      <w:r>
        <w:br/>
      </w:r>
    </w:p>
    <w:p>
      <w:r>
        <w:t xml:space="preserve">   - Potrebuje mať pri sebe epipen alebo inú pomôcku? ........................................................</w:t>
      </w:r>
    </w:p>
    <w:p>
      <w:r>
        <w:br/>
      </w:r>
    </w:p>
    <w:p>
      <w:r>
        <w:t xml:space="preserve">   - Obľúbené / neobľúbené jedlá: ........................................................</w:t>
      </w:r>
    </w:p>
    <w:p>
      <w:r>
        <w:br/>
      </w:r>
    </w:p>
    <w:p>
      <w:r>
        <w:t xml:space="preserve">   - Špecifická diéta: ........................................................</w:t>
      </w:r>
    </w:p>
    <w:p>
      <w:r>
        <w:br/>
      </w:r>
    </w:p>
    <w:p/>
    <w:p>
      <w:r>
        <w:br/>
      </w:r>
    </w:p>
    <w:p>
      <w:r>
        <w:t>3. Učenie a záujmy:</w:t>
      </w:r>
    </w:p>
    <w:p>
      <w:r>
        <w:br/>
      </w:r>
    </w:p>
    <w:p>
      <w:r>
        <w:t xml:space="preserve">   - V čom je Vaše dieťa dobré? ........................................................</w:t>
      </w:r>
    </w:p>
    <w:p>
      <w:r>
        <w:br/>
      </w:r>
    </w:p>
    <w:p>
      <w:r>
        <w:t xml:space="preserve">   - Má problém s nejakým učením alebo správaním? ........................................................</w:t>
      </w:r>
    </w:p>
    <w:p>
      <w:r>
        <w:br/>
      </w:r>
    </w:p>
    <w:p>
      <w:r>
        <w:t xml:space="preserve">   - Osobnosť dieťaťa (pokojné, prístupné, hanblivé, impulzívne...): ........................................................</w:t>
      </w:r>
    </w:p>
    <w:p>
      <w:r>
        <w:br/>
      </w:r>
    </w:p>
    <w:p/>
    <w:p>
      <w:r>
        <w:br/>
      </w:r>
    </w:p>
    <w:p>
      <w:r>
        <w:t>4. Sociálne a adaptácia:</w:t>
      </w:r>
    </w:p>
    <w:p>
      <w:r>
        <w:br/>
      </w:r>
    </w:p>
    <w:p>
      <w:r>
        <w:t xml:space="preserve">   - Ako reaguje na odlúčenie od rodiča: ........................................................</w:t>
      </w:r>
    </w:p>
    <w:p>
      <w:r>
        <w:br/>
      </w:r>
    </w:p>
    <w:p>
      <w:r>
        <w:t xml:space="preserve">   - Ako sa správa v kolektíve: ........................................................</w:t>
      </w:r>
    </w:p>
    <w:p>
      <w:r>
        <w:br/>
      </w:r>
    </w:p>
    <w:p/>
    <w:p>
      <w:r>
        <w:br/>
      </w:r>
    </w:p>
    <w:p>
      <w:r>
        <w:t>5. Spánok a osobné návyky:</w:t>
      </w:r>
    </w:p>
    <w:p>
      <w:r>
        <w:br/>
      </w:r>
    </w:p>
    <w:p>
      <w:r>
        <w:t xml:space="preserve">   - Má dieťa obľúbenú hračku pri zaspávaní? ........................................................</w:t>
      </w:r>
    </w:p>
    <w:p>
      <w:r>
        <w:br/>
      </w:r>
    </w:p>
    <w:p>
      <w:r>
        <w:t xml:space="preserve">   - Režim spánku (v poriadku / s problémami): ........................................................</w:t>
      </w:r>
    </w:p>
    <w:p>
      <w:r>
        <w:br/>
      </w:r>
    </w:p>
    <w:p/>
    <w:p>
      <w:r>
        <w:br/>
      </w:r>
    </w:p>
    <w:p>
      <w:r>
        <w:t>6. Komunikácia a samostatnosť:</w:t>
      </w:r>
    </w:p>
    <w:p>
      <w:r>
        <w:br/>
      </w:r>
    </w:p>
    <w:p>
      <w:r>
        <w:t xml:space="preserve">   - Primárny jazyk doma: ........................................................</w:t>
      </w:r>
    </w:p>
    <w:p>
      <w:r>
        <w:br/>
      </w:r>
    </w:p>
    <w:p>
      <w:r>
        <w:t xml:space="preserve">   - Ako vyjadruje svoje potreby: ........................................................</w:t>
      </w:r>
    </w:p>
    <w:p>
      <w:r>
        <w:br/>
      </w:r>
    </w:p>
    <w:p>
      <w:r>
        <w:t xml:space="preserve">   - Samostatnosť (obliekanie, hygiena, toaleta): ........................................................</w:t>
      </w:r>
    </w:p>
    <w:p>
      <w:r>
        <w:br/>
      </w:r>
    </w:p>
    <w:p/>
    <w:p>
      <w:r>
        <w:br/>
      </w:r>
    </w:p>
    <w:p>
      <w:r>
        <w:t>7. Očakávania rodiča:</w:t>
      </w:r>
    </w:p>
    <w:p>
      <w:r>
        <w:br/>
      </w:r>
    </w:p>
    <w:p>
      <w:r>
        <w:t xml:space="preserve">   - V čom by ste chceli, aby bolo Vaše dieťa v Sunshine podporované: ........................................................</w:t>
      </w:r>
    </w:p>
    <w:p>
      <w:r>
        <w:br/>
      </w:r>
    </w:p>
    <w:p>
      <w:r>
        <w:t xml:space="preserve">   - Je niečo, čo by sme mali vedieť na začiatku? ........................................................</w:t>
      </w:r>
    </w:p>
    <w:p>
      <w:r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